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4605A" w14:textId="4CAD74FF" w:rsidR="00FF175D" w:rsidRDefault="00BC4A12" w:rsidP="00BC4A12">
      <w:pPr>
        <w:jc w:val="center"/>
      </w:pPr>
      <w:bookmarkStart w:id="0" w:name="_GoBack"/>
      <w:bookmarkEnd w:id="0"/>
      <w:r>
        <w:rPr>
          <w:sz w:val="24"/>
        </w:rPr>
        <w:t xml:space="preserve">Bando </w:t>
      </w:r>
      <w:proofErr w:type="spellStart"/>
      <w:r>
        <w:rPr>
          <w:sz w:val="24"/>
        </w:rPr>
        <w:t>Alloggi</w:t>
      </w:r>
      <w:proofErr w:type="spellEnd"/>
      <w:r>
        <w:rPr>
          <w:sz w:val="24"/>
        </w:rPr>
        <w:t xml:space="preserve"> ERP 2026</w:t>
      </w:r>
      <w:r>
        <w:rPr>
          <w:sz w:val="24"/>
        </w:rPr>
        <w:br/>
      </w:r>
      <w:r>
        <w:rPr>
          <w:sz w:val="24"/>
        </w:rPr>
        <w:br/>
      </w:r>
    </w:p>
    <w:p w14:paraId="62410EBF" w14:textId="77777777" w:rsidR="00FF175D" w:rsidRDefault="00BC4A12">
      <w:pPr>
        <w:jc w:val="center"/>
      </w:pPr>
      <w:r>
        <w:rPr>
          <w:b/>
        </w:rPr>
        <w:t>DICHIARAZIONE DI INDIGENZA</w:t>
      </w:r>
    </w:p>
    <w:p w14:paraId="74DF9C1C" w14:textId="77777777" w:rsidR="00FF175D" w:rsidRDefault="00BC4A12">
      <w:r>
        <w:br/>
        <w:t>Resa ai sensi del D.P.R. 445/2000 - da allegare alla domanda in caso di assenza di reddito</w:t>
      </w:r>
      <w:r>
        <w:br/>
      </w:r>
    </w:p>
    <w:p w14:paraId="4174DF80" w14:textId="77777777" w:rsidR="00FF175D" w:rsidRDefault="00BC4A12">
      <w:r>
        <w:br/>
        <w:t>Il/La sottoscritto/a _____________________________________________________</w:t>
      </w:r>
    </w:p>
    <w:p w14:paraId="3BAEF8C2" w14:textId="77777777" w:rsidR="00FF175D" w:rsidRDefault="00BC4A12">
      <w:r>
        <w:t>nato/a a ________________________ il _______________ C.F. ________________________</w:t>
      </w:r>
    </w:p>
    <w:p w14:paraId="4289FA5A" w14:textId="77777777" w:rsidR="00FF175D" w:rsidRDefault="00BC4A12">
      <w:r>
        <w:t>residente in Monteroni di Lecce, Via ____________________________________________</w:t>
      </w:r>
      <w:r>
        <w:br/>
      </w:r>
    </w:p>
    <w:p w14:paraId="42561A4C" w14:textId="77777777" w:rsidR="00FF175D" w:rsidRDefault="00BC4A12">
      <w:r>
        <w:rPr>
          <w:b/>
        </w:rPr>
        <w:t>DICHIARA</w:t>
      </w:r>
    </w:p>
    <w:p w14:paraId="7C3BBA03" w14:textId="77777777" w:rsidR="00FF175D" w:rsidRDefault="00BC4A12">
      <w:r>
        <w:br/>
        <w:t xml:space="preserve">consapevole delle sanzioni penali previste dall’art. 76 del D.P.R. 445/2000 per </w:t>
      </w:r>
      <w:r>
        <w:t>le ipotesi di falsità in atti e dichiarazioni mendaci, che per l’anno 2025:</w:t>
      </w:r>
      <w:r>
        <w:br/>
      </w:r>
    </w:p>
    <w:p w14:paraId="1A5BEE38" w14:textId="77777777" w:rsidR="00FF175D" w:rsidRDefault="00BC4A12">
      <w:r>
        <w:t>1. Il proprio nucleo familiare, composto da n. _____ persone, si trova in stato di indigenza in quanto privo di reddito o con reddito pari a zero.</w:t>
      </w:r>
    </w:p>
    <w:p w14:paraId="53CE87D3" w14:textId="77777777" w:rsidR="00FF175D" w:rsidRDefault="00BC4A12">
      <w:r>
        <w:t xml:space="preserve">2. Nessun componente del nucleo </w:t>
      </w:r>
      <w:r>
        <w:t>familiare ha percepito redditi di qualsiasi natura nell’anno 2025, compresi redditi da lavoro dipendente, autonomo, pensioni, rendite, sussidi, indennità di disoccupazione, reddito di cittadinanza o altre forme di sostegno.</w:t>
      </w:r>
    </w:p>
    <w:p w14:paraId="353D8D4F" w14:textId="77777777" w:rsidR="00FF175D" w:rsidRDefault="00BC4A12">
      <w:r>
        <w:t xml:space="preserve">3. Il nucleo familiare vive con </w:t>
      </w:r>
      <w:r>
        <w:t>l’aiuto economico di:</w:t>
      </w:r>
    </w:p>
    <w:p w14:paraId="1562D982" w14:textId="77777777" w:rsidR="00FF175D" w:rsidRDefault="00BC4A12">
      <w:r>
        <w:t>☐</w:t>
      </w:r>
      <w:r>
        <w:t xml:space="preserve"> Familiari: _____________________________________________</w:t>
      </w:r>
    </w:p>
    <w:p w14:paraId="0C3F007C" w14:textId="77777777" w:rsidR="00FF175D" w:rsidRDefault="00BC4A12">
      <w:r>
        <w:t>☐</w:t>
      </w:r>
      <w:r>
        <w:t xml:space="preserve"> Enti assistenziali: ______________________________________</w:t>
      </w:r>
    </w:p>
    <w:p w14:paraId="6802479F" w14:textId="77777777" w:rsidR="00FF175D" w:rsidRDefault="00BC4A12">
      <w:r>
        <w:t>☐</w:t>
      </w:r>
      <w:r>
        <w:t xml:space="preserve"> Altro: _________________________________________________</w:t>
      </w:r>
    </w:p>
    <w:p w14:paraId="3A828FE7" w14:textId="77777777" w:rsidR="00FF175D" w:rsidRDefault="00BC4A12">
      <w:r>
        <w:lastRenderedPageBreak/>
        <w:t>4. Dichiara altresì di essere:</w:t>
      </w:r>
    </w:p>
    <w:p w14:paraId="3DD77566" w14:textId="77777777" w:rsidR="00FF175D" w:rsidRDefault="00BC4A12">
      <w:r>
        <w:t>☐</w:t>
      </w:r>
      <w:r>
        <w:t xml:space="preserve"> Disoccupato/a iscritto</w:t>
      </w:r>
      <w:r>
        <w:t>/a al Centro per l’Impiego di ________________________ dal _______________</w:t>
      </w:r>
    </w:p>
    <w:p w14:paraId="0DBF93CA" w14:textId="77777777" w:rsidR="00FF175D" w:rsidRDefault="00BC4A12">
      <w:r>
        <w:t>☐</w:t>
      </w:r>
      <w:r>
        <w:t xml:space="preserve"> Casalinga/o</w:t>
      </w:r>
    </w:p>
    <w:p w14:paraId="099555AC" w14:textId="77777777" w:rsidR="00FF175D" w:rsidRDefault="00BC4A12">
      <w:r>
        <w:t>☐</w:t>
      </w:r>
      <w:r>
        <w:t xml:space="preserve"> Studente/essa</w:t>
      </w:r>
    </w:p>
    <w:p w14:paraId="41045E2F" w14:textId="77777777" w:rsidR="00FF175D" w:rsidRDefault="00BC4A12">
      <w:r>
        <w:t>☐</w:t>
      </w:r>
      <w:r>
        <w:t xml:space="preserve"> Altro: _________________________________________________</w:t>
      </w:r>
    </w:p>
    <w:p w14:paraId="5F9DFB7A" w14:textId="77777777" w:rsidR="00FF175D" w:rsidRDefault="00BC4A12">
      <w:r>
        <w:br/>
        <w:t>Si allega alla presente:</w:t>
      </w:r>
    </w:p>
    <w:p w14:paraId="4AC55F52" w14:textId="77777777" w:rsidR="00FF175D" w:rsidRDefault="00BC4A12">
      <w:r>
        <w:t>☐</w:t>
      </w:r>
      <w:r>
        <w:t xml:space="preserve"> Certificato storico occupazionale rilasciato dal Centro per l’Im</w:t>
      </w:r>
      <w:r>
        <w:t>piego</w:t>
      </w:r>
    </w:p>
    <w:p w14:paraId="10E6AB21" w14:textId="77777777" w:rsidR="00FF175D" w:rsidRDefault="00BC4A12">
      <w:r>
        <w:t>☐</w:t>
      </w:r>
      <w:r>
        <w:t xml:space="preserve"> Copia documento d’identità</w:t>
      </w:r>
    </w:p>
    <w:p w14:paraId="7C3FB866" w14:textId="77777777" w:rsidR="00FF175D" w:rsidRDefault="00BC4A12">
      <w:r>
        <w:t>☐</w:t>
      </w:r>
      <w:r>
        <w:t xml:space="preserve"> Eventuale altra documentazione: __________________________</w:t>
      </w:r>
    </w:p>
    <w:p w14:paraId="33920FBA" w14:textId="77777777" w:rsidR="00FF175D" w:rsidRDefault="00BC4A12">
      <w:r>
        <w:br/>
        <w:t>Il/La sottoscritto/a autorizza il trattamento dei dati personali ai sensi del Regolamento UE 2016/679 per le finalità del bando.</w:t>
      </w:r>
    </w:p>
    <w:p w14:paraId="057210FD" w14:textId="77777777" w:rsidR="00FF175D" w:rsidRDefault="00BC4A12">
      <w:r>
        <w:br/>
      </w:r>
      <w:r>
        <w:br/>
        <w:t>Monteroni di Lecce, lì _____</w:t>
      </w:r>
      <w:r>
        <w:t>__________</w:t>
      </w:r>
    </w:p>
    <w:p w14:paraId="04027927" w14:textId="77777777" w:rsidR="00FF175D" w:rsidRDefault="00BC4A12">
      <w:r>
        <w:br/>
      </w:r>
      <w:r>
        <w:br/>
        <w:t>Firma del dichiarante ____________________________________</w:t>
      </w:r>
    </w:p>
    <w:p w14:paraId="6DEE8C54" w14:textId="77777777" w:rsidR="00FF175D" w:rsidRDefault="00BC4A12">
      <w:r>
        <w:br/>
      </w:r>
      <w:r>
        <w:br/>
      </w:r>
      <w:r>
        <w:rPr>
          <w:i/>
        </w:rPr>
        <w:t>N.B.: Le dichiarazioni mendaci relative alla mancanza di reddito comportano l’esclusione dal bando ai sensi dell’art.2 lett. e) L.R. n.3/2025.</w:t>
      </w:r>
    </w:p>
    <w:sectPr w:rsidR="00FF17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C6032"/>
    <w:rsid w:val="00AA1D8D"/>
    <w:rsid w:val="00B47730"/>
    <w:rsid w:val="00BC4A12"/>
    <w:rsid w:val="00CB0664"/>
    <w:rsid w:val="00D65EB0"/>
    <w:rsid w:val="00D72C45"/>
    <w:rsid w:val="00FC693F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80A99F"/>
  <w14:defaultImageDpi w14:val="300"/>
  <w15:docId w15:val="{3EE93912-7A3E-4C34-AA8D-9D053ABF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39AC2F-15F7-4EE2-A2DF-986ABFB0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di Indigenza - Alloggi Popolari Monteroni 2026</vt:lpstr>
      <vt:lpstr/>
    </vt:vector>
  </TitlesOfParts>
  <Manager/>
  <Company/>
  <LinksUpToDate>false</LinksUpToDate>
  <CharactersWithSpaces>1971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Indigenza - Alloggi Popolari Monteroni 2026</dc:title>
  <dc:subject/>
  <dc:creator>python-docx</dc:creator>
  <cp:keywords/>
  <dc:description>generated by python-docx</dc:description>
  <cp:lastModifiedBy>Lucia Ciccardi</cp:lastModifiedBy>
  <cp:revision>2</cp:revision>
  <cp:lastPrinted>2026-07-09T11:28:00Z</cp:lastPrinted>
  <dcterms:created xsi:type="dcterms:W3CDTF">2026-08-05T10:35:00Z</dcterms:created>
  <dcterms:modified xsi:type="dcterms:W3CDTF">2026-08-05T10:35:00Z</dcterms:modified>
  <cp:category/>
</cp:coreProperties>
</file>